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183EC9" w14:textId="77777777" w:rsidR="00B070EB" w:rsidRPr="00B070EB" w:rsidRDefault="00A24F7E">
      <w:pPr>
        <w:spacing w:after="240"/>
        <w:jc w:val="center"/>
        <w:rPr>
          <w:rFonts w:ascii="Baloo" w:hAnsi="Baloo"/>
          <w:b/>
          <w:bCs/>
          <w:sz w:val="52"/>
          <w:szCs w:val="52"/>
        </w:rPr>
      </w:pPr>
      <w:r w:rsidRPr="00B070EB">
        <w:rPr>
          <w:rFonts w:ascii="Baloo" w:hAnsi="Baloo"/>
          <w:b/>
          <w:bCs/>
          <w:sz w:val="52"/>
          <w:szCs w:val="52"/>
        </w:rPr>
        <w:t xml:space="preserve">Die Vliesbande </w:t>
      </w:r>
    </w:p>
    <w:p w14:paraId="3A0E5829" w14:textId="6DC0876C" w:rsidR="00912CB2" w:rsidRPr="00B070EB" w:rsidRDefault="00A24F7E">
      <w:pPr>
        <w:spacing w:after="240"/>
        <w:jc w:val="center"/>
        <w:rPr>
          <w:b/>
          <w:bCs/>
          <w:sz w:val="56"/>
          <w:szCs w:val="56"/>
        </w:rPr>
      </w:pPr>
      <w:r w:rsidRPr="00B070EB">
        <w:rPr>
          <w:rFonts w:ascii="Baloo" w:hAnsi="Baloo"/>
          <w:b/>
          <w:bCs/>
          <w:sz w:val="56"/>
          <w:szCs w:val="56"/>
        </w:rPr>
        <w:t xml:space="preserve"> Enchanting Africa</w:t>
      </w:r>
    </w:p>
    <w:p w14:paraId="5358E4C0" w14:textId="77777777" w:rsidR="00C17763" w:rsidRDefault="00A24F7E">
      <w:pPr>
        <w:jc w:val="center"/>
      </w:pPr>
      <w:r>
        <w:rPr>
          <w:rFonts w:ascii="Baloo" w:hAnsi="Baloo"/>
        </w:rPr>
        <w:t>The Zebra with Writing Stripes</w:t>
      </w:r>
    </w:p>
    <w:p w14:paraId="144C7B03" w14:textId="77777777" w:rsidR="00C17763" w:rsidRDefault="00A24F7E">
      <w:r>
        <w:t>A little further on, Romeo, Samurai and Camillo reached an idyllic clearing where a zebra lay comfortably under a tree. But when they looked more closely, they noticed that this zebra didn’t have ordinary stripes. Instead, its stripes were covered in writing – letters, words and whole sentences all over its body.</w:t>
      </w:r>
    </w:p>
    <w:p w14:paraId="5517CCB9" w14:textId="77777777" w:rsidR="00C17763" w:rsidRDefault="00A24F7E">
      <w:r>
        <w:t>Samurai could hardly believe his eyes. “Romeo, can you read that too? Are those stories on its stripes?”</w:t>
      </w:r>
    </w:p>
    <w:p w14:paraId="0D15BC9D" w14:textId="77777777" w:rsidR="00C17763" w:rsidRDefault="00A24F7E">
      <w:r>
        <w:t>Romeo nodded slowly. “It really seems to be.”</w:t>
      </w:r>
    </w:p>
    <w:p w14:paraId="15F179A0" w14:textId="77777777" w:rsidR="00C17763" w:rsidRDefault="00A24F7E">
      <w:r>
        <w:t>Camillo was already standing right next to the zebra, trying to make out the words on its side. “There really is something written here! But the sentence just goes round the corner.”</w:t>
      </w:r>
    </w:p>
    <w:p w14:paraId="6BD3B781" w14:textId="77777777" w:rsidR="00C17763" w:rsidRDefault="00A24F7E">
      <w:r>
        <w:t>“Camillo, the zebra is round, after all,” Samurai explained patiently.</w:t>
      </w:r>
    </w:p>
    <w:p w14:paraId="3433BB89" w14:textId="77777777" w:rsidR="00C17763" w:rsidRDefault="00A24F7E">
      <w:r>
        <w:t>The zebra raised its head, noticed the visitors and greeted them warmly. “Hello, strangers! I’m Zebastian, the literary zebra. My stripes tell stories, poems and adventures.”</w:t>
      </w:r>
    </w:p>
    <w:p w14:paraId="3FAE515C" w14:textId="77777777" w:rsidR="00C17763" w:rsidRDefault="00A24F7E">
      <w:r>
        <w:t>Samurai leaned carefully a little closer. “Where do the stories come from?”</w:t>
      </w:r>
    </w:p>
    <w:p w14:paraId="1D74010E" w14:textId="77777777" w:rsidR="00C17763" w:rsidRDefault="00A24F7E">
      <w:r>
        <w:t>Zebastian smiled mysteriously. “Every night I dream new stories, and the next morning they appear on my stripes all by themselves. You’re welcome to read some, if you like.”</w:t>
      </w:r>
    </w:p>
    <w:p w14:paraId="06592645" w14:textId="77777777" w:rsidR="00C17763" w:rsidRDefault="00A24F7E">
      <w:r>
        <w:lastRenderedPageBreak/>
        <w:t>Romeo read part of the story on Zebastian’s back with interest. “The story sounds really lovely.”</w:t>
      </w:r>
    </w:p>
    <w:p w14:paraId="251DD0AD" w14:textId="77777777" w:rsidR="00C17763" w:rsidRDefault="00C17763"/>
    <w:p w14:paraId="03DB4BC0" w14:textId="77777777" w:rsidR="00C17763" w:rsidRDefault="00A24F7E">
      <w:r>
        <w:t>Camillo walked halfway round Zebastian to read on, and suddenly stopped short. “Wait, I hadn’t finished!”</w:t>
      </w:r>
    </w:p>
    <w:p w14:paraId="0EF5C27F" w14:textId="77777777" w:rsidR="00C17763" w:rsidRDefault="00A24F7E">
      <w:r>
        <w:t>“Then just read more slowly,” Samurai said drily.</w:t>
      </w:r>
    </w:p>
    <w:p w14:paraId="05332907" w14:textId="77777777" w:rsidR="00C17763" w:rsidRDefault="00A24F7E">
      <w:r>
        <w:t>Zebastian nodded contentedly. “I’m glad you like them. But you know, there is one small problem: at some point I run out of stripes.”</w:t>
      </w:r>
    </w:p>
    <w:p w14:paraId="16B9AF70" w14:textId="77777777" w:rsidR="00C17763" w:rsidRDefault="00A24F7E">
      <w:r>
        <w:t>Samurai flinched. “And what happens then?”</w:t>
      </w:r>
    </w:p>
    <w:p w14:paraId="6C8C1082" w14:textId="77777777" w:rsidR="00C17763" w:rsidRDefault="00A24F7E">
      <w:r>
        <w:t>Zebastian laughed. “Then I sleep very deeply and dream everything away. Afterwards my stripes are empty again, ready for new stories.”</w:t>
      </w:r>
    </w:p>
    <w:p w14:paraId="54624D9A" w14:textId="77777777" w:rsidR="00C17763" w:rsidRDefault="00A24F7E">
      <w:r>
        <w:t>Camillo’s eyes widened. “You can just dream your stories away?”</w:t>
      </w:r>
    </w:p>
    <w:p w14:paraId="5A47E8E2" w14:textId="77777777" w:rsidR="00C17763" w:rsidRDefault="00A24F7E">
      <w:r>
        <w:t>Zebastian nodded. “Exactly.”</w:t>
      </w:r>
    </w:p>
    <w:p w14:paraId="13BDFB13" w14:textId="77777777" w:rsidR="00C17763" w:rsidRDefault="00A24F7E">
      <w:r>
        <w:t>“That’s handy.” Camillo was thrilled. “Then I’d have room for new adventures every morning.”</w:t>
      </w:r>
    </w:p>
    <w:p w14:paraId="7A55BAA0" w14:textId="77777777" w:rsidR="00C17763" w:rsidRDefault="00A24F7E">
      <w:r>
        <w:t>“Have you ever dreamed about the Rainbow Stone?” asked Romeo.</w:t>
      </w:r>
    </w:p>
    <w:p w14:paraId="45E58B34" w14:textId="77777777" w:rsidR="00C17763" w:rsidRDefault="00A24F7E">
      <w:r>
        <w:t>Zebastian blinked, then smiled. “Oh yes, once. There was a story about a glowing stone hidden in the middle of an old baobab tree – a tree whose roots curve into a great arch, almost like a gate. Somewhere between the river with the dancing birds and the valley that never sleeps … I think.”</w:t>
      </w:r>
    </w:p>
    <w:p w14:paraId="121A2621" w14:textId="77777777" w:rsidR="00C17763" w:rsidRDefault="00A24F7E">
      <w:r>
        <w:t>Samurai was suddenly all ears. “A glowing stone in a tree? Do you remember anything else about it?”</w:t>
      </w:r>
    </w:p>
    <w:p w14:paraId="10358A78" w14:textId="77777777" w:rsidR="00C17763" w:rsidRDefault="00A24F7E">
      <w:r>
        <w:lastRenderedPageBreak/>
        <w:t>Camillo was quieter than before, but his eyes sparkled. Baobab tree, river, valley – that sounded like a trail they could follow.</w:t>
      </w:r>
    </w:p>
    <w:p w14:paraId="710DE632" w14:textId="77777777" w:rsidR="00C17763" w:rsidRDefault="00A24F7E">
      <w:r>
        <w:t>“Only that a greyhound once guarded it, and that one night all the colours around the tree disappeared. The next morning the stone was gone – and so was the greyhound.”</w:t>
      </w:r>
    </w:p>
    <w:p w14:paraId="3D450CBE" w14:textId="77777777" w:rsidR="00C17763" w:rsidRDefault="00A24F7E">
      <w:r>
        <w:t>Zebastian shrugged. “Maybe it was just a dream. Or maybe everything we dream is true somewhere.”</w:t>
      </w:r>
    </w:p>
    <w:p w14:paraId="1D06A32D" w14:textId="77777777" w:rsidR="00C17763" w:rsidRDefault="00A24F7E">
      <w:r>
        <w:t>“That sounds as if you’re a very special zebra,” said Romeo.</w:t>
      </w:r>
    </w:p>
    <w:p w14:paraId="22AEBA22" w14:textId="77777777" w:rsidR="00C17763" w:rsidRDefault="00A24F7E">
      <w:r>
        <w:t>“Thank you,” Zebastian replied, touched. “And you are very special visitors.”</w:t>
      </w:r>
    </w:p>
    <w:p w14:paraId="24277A74" w14:textId="77777777" w:rsidR="00C17763" w:rsidRDefault="00A24F7E">
      <w:r>
        <w:t>Camillo stepped up to Zebastian once more and looked at his stripes. “If you dream about it again tonight, please dream a bit more clearly.”</w:t>
      </w:r>
    </w:p>
    <w:p w14:paraId="19916E4A" w14:textId="77777777" w:rsidR="00C17763" w:rsidRDefault="00A24F7E">
      <w:r>
        <w:t>Samurai couldn’t help smiling, and Zebastian laughed kindly.</w:t>
      </w:r>
    </w:p>
    <w:p w14:paraId="7B40BE8F" w14:textId="77777777" w:rsidR="00C17763" w:rsidRDefault="00A24F7E">
      <w:r>
        <w:t>Romeo, Samurai and Camillo said goodbye and left the literary zebra behind, lying contentedly under its tree and letting its written stripes gleam in the sun.</w:t>
      </w:r>
    </w:p>
    <w:p w14:paraId="11B6DC0F" w14:textId="77777777" w:rsidR="00B070EB" w:rsidRDefault="00B070EB"/>
    <w:p w14:paraId="3546B33C" w14:textId="77777777" w:rsidR="00B070EB" w:rsidRDefault="00B070EB"/>
    <w:p w14:paraId="3128BABF" w14:textId="77777777" w:rsidR="00B070EB" w:rsidRPr="00B070EB" w:rsidRDefault="00B070EB" w:rsidP="00B070EB">
      <w:pPr>
        <w:pStyle w:val="StandardWeb"/>
        <w:rPr>
          <w:rFonts w:ascii="Nunito" w:hAnsi="Nunito"/>
          <w:lang w:val="en-US"/>
        </w:rPr>
      </w:pPr>
      <w:r w:rsidRPr="00B070EB">
        <w:rPr>
          <w:rFonts w:ascii="Nunito" w:hAnsi="Nunito"/>
          <w:lang w:val="en-US"/>
        </w:rPr>
        <w:t>We hope you enjoyed this little glimpse into our magical world! There are many more adventures waiting for you and the alpacas. Come along and discover the rest of our story!</w:t>
      </w:r>
    </w:p>
    <w:p w14:paraId="029100E4" w14:textId="77777777" w:rsidR="00B070EB" w:rsidRPr="00B070EB" w:rsidRDefault="00B070EB" w:rsidP="00B070EB">
      <w:pPr>
        <w:pStyle w:val="StandardWeb"/>
        <w:rPr>
          <w:rFonts w:ascii="Nunito" w:hAnsi="Nunito"/>
          <w:lang w:val="en-US"/>
        </w:rPr>
      </w:pPr>
      <w:r w:rsidRPr="00B070EB">
        <w:rPr>
          <w:rStyle w:val="Fett"/>
          <w:rFonts w:ascii="Nunito" w:hAnsi="Nunito"/>
          <w:lang w:val="en-US"/>
        </w:rPr>
        <w:t>Your Team Wundervlies</w:t>
      </w:r>
    </w:p>
    <w:p w14:paraId="43126B9D" w14:textId="77777777" w:rsidR="00B070EB" w:rsidRDefault="00B070EB"/>
    <w:sectPr w:rsidR="00B070EB" w:rsidSect="00BC0E82">
      <w:footerReference w:type="default" r:id="rId8"/>
      <w:pgSz w:w="12424" w:h="12604"/>
      <w:pgMar w:top="1440" w:right="1440" w:bottom="1440" w:left="1440" w:header="720" w:footer="51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CA3E93" w14:textId="77777777" w:rsidR="00A24F7E" w:rsidRDefault="00A24F7E">
      <w:pPr>
        <w:spacing w:after="0"/>
      </w:pPr>
      <w:r>
        <w:separator/>
      </w:r>
    </w:p>
  </w:endnote>
  <w:endnote w:type="continuationSeparator" w:id="0">
    <w:p w14:paraId="4BE3A541" w14:textId="77777777" w:rsidR="00A24F7E" w:rsidRDefault="00A24F7E">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Nunito">
    <w:charset w:val="00"/>
    <w:family w:val="auto"/>
    <w:pitch w:val="variable"/>
    <w:sig w:usb0="A00002FF" w:usb1="5000204B" w:usb2="00000000" w:usb3="00000000" w:csb0="00000197"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Baloo">
    <w:panose1 w:val="03080902040302020200"/>
    <w:charset w:val="00"/>
    <w:family w:val="script"/>
    <w:pitch w:val="variable"/>
    <w:sig w:usb0="A000807F" w:usb1="4000207B" w:usb2="00000000"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62A4F2" w14:textId="77777777" w:rsidR="00C17763" w:rsidRPr="00BC0E82" w:rsidRDefault="00A24F7E">
    <w:pPr>
      <w:pStyle w:val="Fuzeile"/>
      <w:jc w:val="center"/>
      <w:rPr>
        <w:sz w:val="18"/>
        <w:szCs w:val="18"/>
      </w:rPr>
    </w:pPr>
    <w:r w:rsidRPr="00BC0E82">
      <w:rPr>
        <w:sz w:val="18"/>
        <w:szCs w:val="18"/>
      </w:rPr>
      <w:fldChar w:fldCharType="begin"/>
    </w:r>
    <w:r w:rsidRPr="00BC0E82">
      <w:rPr>
        <w:sz w:val="18"/>
        <w:szCs w:val="18"/>
      </w:rPr>
      <w:instrText>PAGE</w:instrText>
    </w:r>
    <w:r w:rsidRPr="00BC0E82">
      <w:rPr>
        <w:sz w:val="18"/>
        <w:szCs w:val="18"/>
      </w:rPr>
      <w:fldChar w:fldCharType="separate"/>
    </w:r>
    <w:r w:rsidR="007E374F" w:rsidRPr="00BC0E82">
      <w:rPr>
        <w:noProof/>
        <w:sz w:val="18"/>
        <w:szCs w:val="18"/>
      </w:rPr>
      <w:t>1</w:t>
    </w:r>
    <w:r w:rsidRPr="00BC0E82">
      <w:rPr>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7E1597" w14:textId="77777777" w:rsidR="00A24F7E" w:rsidRDefault="00A24F7E">
      <w:pPr>
        <w:spacing w:after="0"/>
      </w:pPr>
      <w:r>
        <w:separator/>
      </w:r>
    </w:p>
  </w:footnote>
  <w:footnote w:type="continuationSeparator" w:id="0">
    <w:p w14:paraId="783BF21E" w14:textId="77777777" w:rsidR="00A24F7E" w:rsidRDefault="00A24F7E">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numm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numm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Aufzhlungszeichen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Aufzhlungszeichen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numm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ufzhlungszeichen"/>
      <w:lvlText w:val=""/>
      <w:lvlJc w:val="left"/>
      <w:pPr>
        <w:tabs>
          <w:tab w:val="num" w:pos="360"/>
        </w:tabs>
        <w:ind w:left="360" w:hanging="360"/>
      </w:pPr>
      <w:rPr>
        <w:rFonts w:ascii="Symbol" w:hAnsi="Symbol" w:hint="default"/>
      </w:rPr>
    </w:lvl>
  </w:abstractNum>
  <w:num w:numId="1" w16cid:durableId="1736122446">
    <w:abstractNumId w:val="8"/>
  </w:num>
  <w:num w:numId="2" w16cid:durableId="1437677477">
    <w:abstractNumId w:val="6"/>
  </w:num>
  <w:num w:numId="3" w16cid:durableId="156501278">
    <w:abstractNumId w:val="5"/>
  </w:num>
  <w:num w:numId="4" w16cid:durableId="2110080014">
    <w:abstractNumId w:val="4"/>
  </w:num>
  <w:num w:numId="5" w16cid:durableId="2091729197">
    <w:abstractNumId w:val="7"/>
  </w:num>
  <w:num w:numId="6" w16cid:durableId="1524903575">
    <w:abstractNumId w:val="3"/>
  </w:num>
  <w:num w:numId="7" w16cid:durableId="1898515796">
    <w:abstractNumId w:val="2"/>
  </w:num>
  <w:num w:numId="8" w16cid:durableId="2020422073">
    <w:abstractNumId w:val="1"/>
  </w:num>
  <w:num w:numId="9" w16cid:durableId="460352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F35BC"/>
    <w:rsid w:val="00145338"/>
    <w:rsid w:val="0015074B"/>
    <w:rsid w:val="001D0E6A"/>
    <w:rsid w:val="002404CC"/>
    <w:rsid w:val="0029639D"/>
    <w:rsid w:val="002B597E"/>
    <w:rsid w:val="00326F90"/>
    <w:rsid w:val="003A062A"/>
    <w:rsid w:val="004D5BD7"/>
    <w:rsid w:val="00782495"/>
    <w:rsid w:val="007B7570"/>
    <w:rsid w:val="007E374F"/>
    <w:rsid w:val="00854E63"/>
    <w:rsid w:val="008E5D1E"/>
    <w:rsid w:val="00912CB2"/>
    <w:rsid w:val="009309E2"/>
    <w:rsid w:val="009C461F"/>
    <w:rsid w:val="00A24F7E"/>
    <w:rsid w:val="00A72F0D"/>
    <w:rsid w:val="00AA1D8D"/>
    <w:rsid w:val="00B070EB"/>
    <w:rsid w:val="00B47730"/>
    <w:rsid w:val="00B9065A"/>
    <w:rsid w:val="00BC0E82"/>
    <w:rsid w:val="00C1319F"/>
    <w:rsid w:val="00C17763"/>
    <w:rsid w:val="00CB0664"/>
    <w:rsid w:val="00DF2E09"/>
    <w:rsid w:val="00E36C6C"/>
    <w:rsid w:val="00F7240E"/>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2F5B62E"/>
  <w14:defaultImageDpi w14:val="32767"/>
  <w15:docId w15:val="{B7AF4A55-A14E-40EC-B755-BD4C284C70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FC693F"/>
    <w:pPr>
      <w:spacing w:after="160" w:line="240" w:lineRule="auto"/>
    </w:pPr>
    <w:rPr>
      <w:rFonts w:ascii="Nunito" w:hAnsi="Nunito"/>
      <w:color w:val="000000"/>
      <w:sz w:val="24"/>
    </w:rPr>
  </w:style>
  <w:style w:type="paragraph" w:styleId="berschrift1">
    <w:name w:val="heading 1"/>
    <w:basedOn w:val="Standard"/>
    <w:next w:val="Standard"/>
    <w:link w:val="berschrift1Zchn"/>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erschrift2">
    <w:name w:val="heading 2"/>
    <w:basedOn w:val="Standard"/>
    <w:next w:val="Standard"/>
    <w:link w:val="berschrift2Zchn"/>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berschrift3">
    <w:name w:val="heading 3"/>
    <w:basedOn w:val="Standard"/>
    <w:next w:val="Standard"/>
    <w:link w:val="berschrift3Zchn"/>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berschrift4">
    <w:name w:val="heading 4"/>
    <w:basedOn w:val="Standard"/>
    <w:next w:val="Standard"/>
    <w:link w:val="berschrift4Zchn"/>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berschrift5">
    <w:name w:val="heading 5"/>
    <w:basedOn w:val="Standard"/>
    <w:next w:val="Standard"/>
    <w:link w:val="berschrift5Zchn"/>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berschrift6">
    <w:name w:val="heading 6"/>
    <w:basedOn w:val="Standard"/>
    <w:next w:val="Standard"/>
    <w:link w:val="berschrift6Zchn"/>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berschrift7">
    <w:name w:val="heading 7"/>
    <w:basedOn w:val="Standard"/>
    <w:next w:val="Standard"/>
    <w:link w:val="berschrift7Zchn"/>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berschrift8">
    <w:name w:val="heading 8"/>
    <w:basedOn w:val="Standard"/>
    <w:next w:val="Standard"/>
    <w:link w:val="berschrift8Zchn"/>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berschrift9">
    <w:name w:val="heading 9"/>
    <w:basedOn w:val="Standard"/>
    <w:next w:val="Standard"/>
    <w:link w:val="berschrift9Zchn"/>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E618BF"/>
    <w:pPr>
      <w:tabs>
        <w:tab w:val="center" w:pos="4680"/>
        <w:tab w:val="right" w:pos="9360"/>
      </w:tabs>
      <w:spacing w:after="0"/>
    </w:pPr>
  </w:style>
  <w:style w:type="character" w:customStyle="1" w:styleId="KopfzeileZchn">
    <w:name w:val="Kopfzeile Zchn"/>
    <w:basedOn w:val="Absatz-Standardschriftart"/>
    <w:link w:val="Kopfzeile"/>
    <w:uiPriority w:val="99"/>
    <w:rsid w:val="00E618BF"/>
  </w:style>
  <w:style w:type="paragraph" w:styleId="Fuzeile">
    <w:name w:val="footer"/>
    <w:basedOn w:val="Standard"/>
    <w:link w:val="FuzeileZchn"/>
    <w:uiPriority w:val="99"/>
    <w:unhideWhenUsed/>
    <w:rsid w:val="00E618BF"/>
    <w:pPr>
      <w:tabs>
        <w:tab w:val="center" w:pos="4680"/>
        <w:tab w:val="right" w:pos="9360"/>
      </w:tabs>
      <w:spacing w:after="0"/>
    </w:pPr>
  </w:style>
  <w:style w:type="character" w:customStyle="1" w:styleId="FuzeileZchn">
    <w:name w:val="Fußzeile Zchn"/>
    <w:basedOn w:val="Absatz-Standardschriftart"/>
    <w:link w:val="Fuzeile"/>
    <w:uiPriority w:val="99"/>
    <w:rsid w:val="00E618BF"/>
  </w:style>
  <w:style w:type="paragraph" w:styleId="KeinLeerraum">
    <w:name w:val="No Spacing"/>
    <w:uiPriority w:val="1"/>
    <w:qFormat/>
    <w:rsid w:val="00FC693F"/>
    <w:pPr>
      <w:spacing w:after="0" w:line="240" w:lineRule="auto"/>
    </w:pPr>
  </w:style>
  <w:style w:type="character" w:customStyle="1" w:styleId="berschrift1Zchn">
    <w:name w:val="Überschrift 1 Zchn"/>
    <w:basedOn w:val="Absatz-Standardschriftart"/>
    <w:link w:val="berschrift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berschrift2Zchn">
    <w:name w:val="Überschrift 2 Zchn"/>
    <w:basedOn w:val="Absatz-Standardschriftart"/>
    <w:link w:val="berschrift2"/>
    <w:uiPriority w:val="9"/>
    <w:rsid w:val="00FC693F"/>
    <w:rPr>
      <w:rFonts w:asciiTheme="majorHAnsi" w:eastAsiaTheme="majorEastAsia" w:hAnsiTheme="majorHAnsi" w:cstheme="majorBidi"/>
      <w:b/>
      <w:bCs/>
      <w:color w:val="4F81BD" w:themeColor="accent1"/>
      <w:sz w:val="26"/>
      <w:szCs w:val="26"/>
    </w:rPr>
  </w:style>
  <w:style w:type="character" w:customStyle="1" w:styleId="berschrift3Zchn">
    <w:name w:val="Überschrift 3 Zchn"/>
    <w:basedOn w:val="Absatz-Standardschriftart"/>
    <w:link w:val="berschrift3"/>
    <w:uiPriority w:val="9"/>
    <w:rsid w:val="00FC693F"/>
    <w:rPr>
      <w:rFonts w:asciiTheme="majorHAnsi" w:eastAsiaTheme="majorEastAsia" w:hAnsiTheme="majorHAnsi" w:cstheme="majorBidi"/>
      <w:b/>
      <w:bCs/>
      <w:color w:val="4F81BD" w:themeColor="accent1"/>
    </w:rPr>
  </w:style>
  <w:style w:type="paragraph" w:styleId="Titel">
    <w:name w:val="Title"/>
    <w:basedOn w:val="Standard"/>
    <w:next w:val="Standard"/>
    <w:link w:val="TitelZchn"/>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Zchn">
    <w:name w:val="Titel Zchn"/>
    <w:basedOn w:val="Absatz-Standardschriftart"/>
    <w:link w:val="Tite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Untertitel">
    <w:name w:val="Subtitle"/>
    <w:basedOn w:val="Standard"/>
    <w:next w:val="Standard"/>
    <w:link w:val="UntertitelZchn"/>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UntertitelZchn">
    <w:name w:val="Untertitel Zchn"/>
    <w:basedOn w:val="Absatz-Standardschriftart"/>
    <w:link w:val="Untertitel"/>
    <w:uiPriority w:val="11"/>
    <w:rsid w:val="00FC693F"/>
    <w:rPr>
      <w:rFonts w:asciiTheme="majorHAnsi" w:eastAsiaTheme="majorEastAsia" w:hAnsiTheme="majorHAnsi" w:cstheme="majorBidi"/>
      <w:i/>
      <w:iCs/>
      <w:color w:val="4F81BD" w:themeColor="accent1"/>
      <w:spacing w:val="15"/>
      <w:sz w:val="24"/>
      <w:szCs w:val="24"/>
    </w:rPr>
  </w:style>
  <w:style w:type="paragraph" w:styleId="Listenabsatz">
    <w:name w:val="List Paragraph"/>
    <w:basedOn w:val="Standard"/>
    <w:uiPriority w:val="34"/>
    <w:qFormat/>
    <w:rsid w:val="00FC693F"/>
    <w:pPr>
      <w:ind w:left="720"/>
      <w:contextualSpacing/>
    </w:pPr>
  </w:style>
  <w:style w:type="paragraph" w:styleId="Textkrper">
    <w:name w:val="Body Text"/>
    <w:basedOn w:val="Standard"/>
    <w:link w:val="TextkrperZchn"/>
    <w:uiPriority w:val="99"/>
    <w:unhideWhenUsed/>
    <w:rsid w:val="00AA1D8D"/>
    <w:pPr>
      <w:spacing w:after="120"/>
    </w:pPr>
  </w:style>
  <w:style w:type="character" w:customStyle="1" w:styleId="TextkrperZchn">
    <w:name w:val="Textkörper Zchn"/>
    <w:basedOn w:val="Absatz-Standardschriftart"/>
    <w:link w:val="Textkrper"/>
    <w:uiPriority w:val="99"/>
    <w:rsid w:val="00AA1D8D"/>
  </w:style>
  <w:style w:type="paragraph" w:styleId="Textkrper2">
    <w:name w:val="Body Text 2"/>
    <w:basedOn w:val="Standard"/>
    <w:link w:val="Textkrper2Zchn"/>
    <w:uiPriority w:val="99"/>
    <w:unhideWhenUsed/>
    <w:rsid w:val="00AA1D8D"/>
    <w:pPr>
      <w:spacing w:after="120" w:line="480" w:lineRule="auto"/>
    </w:pPr>
  </w:style>
  <w:style w:type="character" w:customStyle="1" w:styleId="Textkrper2Zchn">
    <w:name w:val="Textkörper 2 Zchn"/>
    <w:basedOn w:val="Absatz-Standardschriftart"/>
    <w:link w:val="Textkrper2"/>
    <w:uiPriority w:val="99"/>
    <w:rsid w:val="00AA1D8D"/>
  </w:style>
  <w:style w:type="paragraph" w:styleId="Textkrper3">
    <w:name w:val="Body Text 3"/>
    <w:basedOn w:val="Standard"/>
    <w:link w:val="Textkrper3Zchn"/>
    <w:uiPriority w:val="99"/>
    <w:unhideWhenUsed/>
    <w:rsid w:val="00AA1D8D"/>
    <w:pPr>
      <w:spacing w:after="120"/>
    </w:pPr>
    <w:rPr>
      <w:sz w:val="16"/>
      <w:szCs w:val="16"/>
    </w:rPr>
  </w:style>
  <w:style w:type="character" w:customStyle="1" w:styleId="Textkrper3Zchn">
    <w:name w:val="Textkörper 3 Zchn"/>
    <w:basedOn w:val="Absatz-Standardschriftart"/>
    <w:link w:val="Textkrper3"/>
    <w:uiPriority w:val="99"/>
    <w:rsid w:val="00AA1D8D"/>
    <w:rPr>
      <w:sz w:val="16"/>
      <w:szCs w:val="16"/>
    </w:rPr>
  </w:style>
  <w:style w:type="paragraph" w:styleId="Liste">
    <w:name w:val="List"/>
    <w:basedOn w:val="Standard"/>
    <w:uiPriority w:val="99"/>
    <w:unhideWhenUsed/>
    <w:rsid w:val="00AA1D8D"/>
    <w:pPr>
      <w:ind w:left="360" w:hanging="360"/>
      <w:contextualSpacing/>
    </w:pPr>
  </w:style>
  <w:style w:type="paragraph" w:styleId="Liste2">
    <w:name w:val="List 2"/>
    <w:basedOn w:val="Standard"/>
    <w:uiPriority w:val="99"/>
    <w:unhideWhenUsed/>
    <w:rsid w:val="00326F90"/>
    <w:pPr>
      <w:ind w:left="720" w:hanging="360"/>
      <w:contextualSpacing/>
    </w:pPr>
  </w:style>
  <w:style w:type="paragraph" w:styleId="Liste3">
    <w:name w:val="List 3"/>
    <w:basedOn w:val="Standard"/>
    <w:uiPriority w:val="99"/>
    <w:unhideWhenUsed/>
    <w:rsid w:val="00326F90"/>
    <w:pPr>
      <w:ind w:left="1080" w:hanging="360"/>
      <w:contextualSpacing/>
    </w:pPr>
  </w:style>
  <w:style w:type="paragraph" w:styleId="Aufzhlungszeichen">
    <w:name w:val="List Bullet"/>
    <w:basedOn w:val="Standard"/>
    <w:uiPriority w:val="99"/>
    <w:unhideWhenUsed/>
    <w:rsid w:val="00326F90"/>
    <w:pPr>
      <w:numPr>
        <w:numId w:val="1"/>
      </w:numPr>
      <w:contextualSpacing/>
    </w:pPr>
  </w:style>
  <w:style w:type="paragraph" w:styleId="Aufzhlungszeichen2">
    <w:name w:val="List Bullet 2"/>
    <w:basedOn w:val="Standard"/>
    <w:uiPriority w:val="99"/>
    <w:unhideWhenUsed/>
    <w:rsid w:val="00326F90"/>
    <w:pPr>
      <w:numPr>
        <w:numId w:val="2"/>
      </w:numPr>
      <w:contextualSpacing/>
    </w:pPr>
  </w:style>
  <w:style w:type="paragraph" w:styleId="Aufzhlungszeichen3">
    <w:name w:val="List Bullet 3"/>
    <w:basedOn w:val="Standard"/>
    <w:uiPriority w:val="99"/>
    <w:unhideWhenUsed/>
    <w:rsid w:val="00326F90"/>
    <w:pPr>
      <w:numPr>
        <w:numId w:val="3"/>
      </w:numPr>
      <w:contextualSpacing/>
    </w:pPr>
  </w:style>
  <w:style w:type="paragraph" w:styleId="Listennummer">
    <w:name w:val="List Number"/>
    <w:basedOn w:val="Standard"/>
    <w:uiPriority w:val="99"/>
    <w:unhideWhenUsed/>
    <w:rsid w:val="00326F90"/>
    <w:pPr>
      <w:numPr>
        <w:numId w:val="5"/>
      </w:numPr>
      <w:contextualSpacing/>
    </w:pPr>
  </w:style>
  <w:style w:type="paragraph" w:styleId="Listennummer2">
    <w:name w:val="List Number 2"/>
    <w:basedOn w:val="Standard"/>
    <w:uiPriority w:val="99"/>
    <w:unhideWhenUsed/>
    <w:rsid w:val="0029639D"/>
    <w:pPr>
      <w:numPr>
        <w:numId w:val="6"/>
      </w:numPr>
      <w:contextualSpacing/>
    </w:pPr>
  </w:style>
  <w:style w:type="paragraph" w:styleId="Listennummer3">
    <w:name w:val="List Number 3"/>
    <w:basedOn w:val="Standard"/>
    <w:uiPriority w:val="99"/>
    <w:unhideWhenUsed/>
    <w:rsid w:val="0029639D"/>
    <w:pPr>
      <w:numPr>
        <w:numId w:val="7"/>
      </w:numPr>
      <w:contextualSpacing/>
    </w:pPr>
  </w:style>
  <w:style w:type="paragraph" w:styleId="Listenfortsetzung">
    <w:name w:val="List Continue"/>
    <w:basedOn w:val="Standard"/>
    <w:uiPriority w:val="99"/>
    <w:unhideWhenUsed/>
    <w:rsid w:val="0029639D"/>
    <w:pPr>
      <w:spacing w:after="120"/>
      <w:ind w:left="360"/>
      <w:contextualSpacing/>
    </w:pPr>
  </w:style>
  <w:style w:type="paragraph" w:styleId="Listenfortsetzung2">
    <w:name w:val="List Continue 2"/>
    <w:basedOn w:val="Standard"/>
    <w:uiPriority w:val="99"/>
    <w:unhideWhenUsed/>
    <w:rsid w:val="0029639D"/>
    <w:pPr>
      <w:spacing w:after="120"/>
      <w:ind w:left="720"/>
      <w:contextualSpacing/>
    </w:pPr>
  </w:style>
  <w:style w:type="paragraph" w:styleId="Listenfortsetzung3">
    <w:name w:val="List Continue 3"/>
    <w:basedOn w:val="Standard"/>
    <w:uiPriority w:val="99"/>
    <w:unhideWhenUsed/>
    <w:rsid w:val="0029639D"/>
    <w:pPr>
      <w:spacing w:after="120"/>
      <w:ind w:left="1080"/>
      <w:contextualSpacing/>
    </w:pPr>
  </w:style>
  <w:style w:type="paragraph" w:styleId="Makrotext">
    <w:name w:val="macro"/>
    <w:link w:val="MakrotextZchn"/>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textZchn">
    <w:name w:val="Makrotext Zchn"/>
    <w:basedOn w:val="Absatz-Standardschriftart"/>
    <w:link w:val="Makrotext"/>
    <w:uiPriority w:val="99"/>
    <w:rsid w:val="0029639D"/>
    <w:rPr>
      <w:rFonts w:ascii="Courier" w:hAnsi="Courier"/>
      <w:sz w:val="20"/>
      <w:szCs w:val="20"/>
    </w:rPr>
  </w:style>
  <w:style w:type="paragraph" w:styleId="Zitat">
    <w:name w:val="Quote"/>
    <w:basedOn w:val="Standard"/>
    <w:next w:val="Standard"/>
    <w:link w:val="ZitatZchn"/>
    <w:uiPriority w:val="29"/>
    <w:qFormat/>
    <w:rsid w:val="00FC693F"/>
    <w:rPr>
      <w:i/>
      <w:iCs/>
      <w:color w:val="000000" w:themeColor="text1"/>
    </w:rPr>
  </w:style>
  <w:style w:type="character" w:customStyle="1" w:styleId="ZitatZchn">
    <w:name w:val="Zitat Zchn"/>
    <w:basedOn w:val="Absatz-Standardschriftart"/>
    <w:link w:val="Zitat"/>
    <w:uiPriority w:val="29"/>
    <w:rsid w:val="00FC693F"/>
    <w:rPr>
      <w:i/>
      <w:iCs/>
      <w:color w:val="000000" w:themeColor="text1"/>
    </w:rPr>
  </w:style>
  <w:style w:type="character" w:customStyle="1" w:styleId="berschrift4Zchn">
    <w:name w:val="Überschrift 4 Zchn"/>
    <w:basedOn w:val="Absatz-Standardschriftart"/>
    <w:link w:val="berschrift4"/>
    <w:uiPriority w:val="9"/>
    <w:semiHidden/>
    <w:rsid w:val="00FC693F"/>
    <w:rPr>
      <w:rFonts w:asciiTheme="majorHAnsi" w:eastAsiaTheme="majorEastAsia" w:hAnsiTheme="majorHAnsi" w:cstheme="majorBidi"/>
      <w:b/>
      <w:bCs/>
      <w:i/>
      <w:iCs/>
      <w:color w:val="4F81BD" w:themeColor="accent1"/>
    </w:rPr>
  </w:style>
  <w:style w:type="character" w:customStyle="1" w:styleId="berschrift5Zchn">
    <w:name w:val="Überschrift 5 Zchn"/>
    <w:basedOn w:val="Absatz-Standardschriftart"/>
    <w:link w:val="berschrift5"/>
    <w:uiPriority w:val="9"/>
    <w:semiHidden/>
    <w:rsid w:val="00FC693F"/>
    <w:rPr>
      <w:rFonts w:asciiTheme="majorHAnsi" w:eastAsiaTheme="majorEastAsia" w:hAnsiTheme="majorHAnsi" w:cstheme="majorBidi"/>
      <w:color w:val="243F60" w:themeColor="accent1" w:themeShade="7F"/>
    </w:rPr>
  </w:style>
  <w:style w:type="character" w:customStyle="1" w:styleId="berschrift6Zchn">
    <w:name w:val="Überschrift 6 Zchn"/>
    <w:basedOn w:val="Absatz-Standardschriftart"/>
    <w:link w:val="berschrift6"/>
    <w:uiPriority w:val="9"/>
    <w:semiHidden/>
    <w:rsid w:val="00FC693F"/>
    <w:rPr>
      <w:rFonts w:asciiTheme="majorHAnsi" w:eastAsiaTheme="majorEastAsia" w:hAnsiTheme="majorHAnsi" w:cstheme="majorBidi"/>
      <w:i/>
      <w:iCs/>
      <w:color w:val="243F60" w:themeColor="accent1" w:themeShade="7F"/>
    </w:rPr>
  </w:style>
  <w:style w:type="character" w:customStyle="1" w:styleId="berschrift7Zchn">
    <w:name w:val="Überschrift 7 Zchn"/>
    <w:basedOn w:val="Absatz-Standardschriftart"/>
    <w:link w:val="berschrift7"/>
    <w:uiPriority w:val="9"/>
    <w:semiHidden/>
    <w:rsid w:val="00FC693F"/>
    <w:rPr>
      <w:rFonts w:asciiTheme="majorHAnsi" w:eastAsiaTheme="majorEastAsia" w:hAnsiTheme="majorHAnsi" w:cstheme="majorBidi"/>
      <w:i/>
      <w:iCs/>
      <w:color w:val="404040" w:themeColor="text1" w:themeTint="BF"/>
    </w:rPr>
  </w:style>
  <w:style w:type="character" w:customStyle="1" w:styleId="berschrift8Zchn">
    <w:name w:val="Überschrift 8 Zchn"/>
    <w:basedOn w:val="Absatz-Standardschriftart"/>
    <w:link w:val="berschrift8"/>
    <w:uiPriority w:val="9"/>
    <w:semiHidden/>
    <w:rsid w:val="00FC693F"/>
    <w:rPr>
      <w:rFonts w:asciiTheme="majorHAnsi" w:eastAsiaTheme="majorEastAsia" w:hAnsiTheme="majorHAnsi" w:cstheme="majorBidi"/>
      <w:color w:val="4F81BD" w:themeColor="accent1"/>
      <w:sz w:val="20"/>
      <w:szCs w:val="20"/>
    </w:rPr>
  </w:style>
  <w:style w:type="character" w:customStyle="1" w:styleId="berschrift9Zchn">
    <w:name w:val="Überschrift 9 Zchn"/>
    <w:basedOn w:val="Absatz-Standardschriftart"/>
    <w:link w:val="berschrift9"/>
    <w:uiPriority w:val="9"/>
    <w:semiHidden/>
    <w:rsid w:val="00FC693F"/>
    <w:rPr>
      <w:rFonts w:asciiTheme="majorHAnsi" w:eastAsiaTheme="majorEastAsia" w:hAnsiTheme="majorHAnsi" w:cstheme="majorBidi"/>
      <w:i/>
      <w:iCs/>
      <w:color w:val="404040" w:themeColor="text1" w:themeTint="BF"/>
      <w:sz w:val="20"/>
      <w:szCs w:val="20"/>
    </w:rPr>
  </w:style>
  <w:style w:type="paragraph" w:styleId="Beschriftung">
    <w:name w:val="caption"/>
    <w:basedOn w:val="Standard"/>
    <w:next w:val="Standard"/>
    <w:uiPriority w:val="35"/>
    <w:semiHidden/>
    <w:unhideWhenUsed/>
    <w:qFormat/>
    <w:rsid w:val="00FC693F"/>
    <w:rPr>
      <w:b/>
      <w:bCs/>
      <w:color w:val="4F81BD" w:themeColor="accent1"/>
      <w:sz w:val="18"/>
      <w:szCs w:val="18"/>
    </w:rPr>
  </w:style>
  <w:style w:type="character" w:styleId="Fett">
    <w:name w:val="Strong"/>
    <w:basedOn w:val="Absatz-Standardschriftart"/>
    <w:uiPriority w:val="22"/>
    <w:qFormat/>
    <w:rsid w:val="00FC693F"/>
    <w:rPr>
      <w:b/>
      <w:bCs/>
    </w:rPr>
  </w:style>
  <w:style w:type="character" w:styleId="Hervorhebung">
    <w:name w:val="Emphasis"/>
    <w:basedOn w:val="Absatz-Standardschriftart"/>
    <w:uiPriority w:val="20"/>
    <w:qFormat/>
    <w:rsid w:val="00FC693F"/>
    <w:rPr>
      <w:i/>
      <w:iCs/>
    </w:rPr>
  </w:style>
  <w:style w:type="paragraph" w:styleId="IntensivesZitat">
    <w:name w:val="Intense Quote"/>
    <w:basedOn w:val="Standard"/>
    <w:next w:val="Standard"/>
    <w:link w:val="IntensivesZitatZchn"/>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ivesZitatZchn">
    <w:name w:val="Intensives Zitat Zchn"/>
    <w:basedOn w:val="Absatz-Standardschriftart"/>
    <w:link w:val="IntensivesZitat"/>
    <w:uiPriority w:val="30"/>
    <w:rsid w:val="00FC693F"/>
    <w:rPr>
      <w:b/>
      <w:bCs/>
      <w:i/>
      <w:iCs/>
      <w:color w:val="4F81BD" w:themeColor="accent1"/>
    </w:rPr>
  </w:style>
  <w:style w:type="character" w:styleId="SchwacheHervorhebung">
    <w:name w:val="Subtle Emphasis"/>
    <w:basedOn w:val="Absatz-Standardschriftart"/>
    <w:uiPriority w:val="19"/>
    <w:qFormat/>
    <w:rsid w:val="00FC693F"/>
    <w:rPr>
      <w:i/>
      <w:iCs/>
      <w:color w:val="808080" w:themeColor="text1" w:themeTint="7F"/>
    </w:rPr>
  </w:style>
  <w:style w:type="character" w:styleId="IntensiveHervorhebung">
    <w:name w:val="Intense Emphasis"/>
    <w:basedOn w:val="Absatz-Standardschriftart"/>
    <w:uiPriority w:val="21"/>
    <w:qFormat/>
    <w:rsid w:val="00FC693F"/>
    <w:rPr>
      <w:b/>
      <w:bCs/>
      <w:i/>
      <w:iCs/>
      <w:color w:val="4F81BD" w:themeColor="accent1"/>
    </w:rPr>
  </w:style>
  <w:style w:type="character" w:styleId="SchwacherVerweis">
    <w:name w:val="Subtle Reference"/>
    <w:basedOn w:val="Absatz-Standardschriftart"/>
    <w:uiPriority w:val="31"/>
    <w:qFormat/>
    <w:rsid w:val="00FC693F"/>
    <w:rPr>
      <w:smallCaps/>
      <w:color w:val="C0504D" w:themeColor="accent2"/>
      <w:u w:val="single"/>
    </w:rPr>
  </w:style>
  <w:style w:type="character" w:styleId="IntensiverVerweis">
    <w:name w:val="Intense Reference"/>
    <w:basedOn w:val="Absatz-Standardschriftart"/>
    <w:uiPriority w:val="32"/>
    <w:qFormat/>
    <w:rsid w:val="00FC693F"/>
    <w:rPr>
      <w:b/>
      <w:bCs/>
      <w:smallCaps/>
      <w:color w:val="C0504D" w:themeColor="accent2"/>
      <w:spacing w:val="5"/>
      <w:u w:val="single"/>
    </w:rPr>
  </w:style>
  <w:style w:type="character" w:styleId="Buchtitel">
    <w:name w:val="Book Title"/>
    <w:basedOn w:val="Absatz-Standardschriftart"/>
    <w:uiPriority w:val="33"/>
    <w:qFormat/>
    <w:rsid w:val="00FC693F"/>
    <w:rPr>
      <w:b/>
      <w:bCs/>
      <w:smallCaps/>
      <w:spacing w:val="5"/>
    </w:rPr>
  </w:style>
  <w:style w:type="paragraph" w:styleId="Inhaltsverzeichnisberschrift">
    <w:name w:val="TOC Heading"/>
    <w:basedOn w:val="berschrift1"/>
    <w:next w:val="Standard"/>
    <w:uiPriority w:val="39"/>
    <w:semiHidden/>
    <w:unhideWhenUsed/>
    <w:qFormat/>
    <w:rsid w:val="00FC693F"/>
    <w:pPr>
      <w:outlineLvl w:val="9"/>
    </w:pPr>
  </w:style>
  <w:style w:type="table" w:styleId="Tabellenraster">
    <w:name w:val="Table Grid"/>
    <w:basedOn w:val="NormaleTabelle"/>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HelleSchattierung">
    <w:name w:val="Light Shading"/>
    <w:basedOn w:val="NormaleTabelle"/>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HelleSchattierung-Akzent1">
    <w:name w:val="Light Shading Accent 1"/>
    <w:basedOn w:val="NormaleTabelle"/>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HelleSchattierung-Akzent2">
    <w:name w:val="Light Shading Accent 2"/>
    <w:basedOn w:val="NormaleTabelle"/>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HelleSchattierung-Akzent3">
    <w:name w:val="Light Shading Accent 3"/>
    <w:basedOn w:val="NormaleTabelle"/>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HelleSchattierung-Akzent4">
    <w:name w:val="Light Shading Accent 4"/>
    <w:basedOn w:val="NormaleTabelle"/>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HelleSchattierung-Akzent5">
    <w:name w:val="Light Shading Accent 5"/>
    <w:basedOn w:val="NormaleTabelle"/>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HelleSchattierung-Akzent6">
    <w:name w:val="Light Shading Accent 6"/>
    <w:basedOn w:val="NormaleTabelle"/>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HelleListe">
    <w:name w:val="Light List"/>
    <w:basedOn w:val="NormaleTabelle"/>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HelleListe-Akzent1">
    <w:name w:val="Light List Accent 1"/>
    <w:basedOn w:val="NormaleTabelle"/>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HelleListe-Akzent2">
    <w:name w:val="Light List Accent 2"/>
    <w:basedOn w:val="NormaleTabelle"/>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HelleListe-Akzent3">
    <w:name w:val="Light List Accent 3"/>
    <w:basedOn w:val="NormaleTabelle"/>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HelleListe-Akzent4">
    <w:name w:val="Light List Accent 4"/>
    <w:basedOn w:val="NormaleTabelle"/>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HelleListe-Akzent5">
    <w:name w:val="Light List Accent 5"/>
    <w:basedOn w:val="NormaleTabelle"/>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HelleListe-Akzent6">
    <w:name w:val="Light List Accent 6"/>
    <w:basedOn w:val="NormaleTabelle"/>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HellesRaster">
    <w:name w:val="Light Grid"/>
    <w:basedOn w:val="NormaleTabelle"/>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HellesRaster-Akzent1">
    <w:name w:val="Light Grid Accent 1"/>
    <w:basedOn w:val="NormaleTabelle"/>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HellesRaster-Akzent2">
    <w:name w:val="Light Grid Accent 2"/>
    <w:basedOn w:val="NormaleTabelle"/>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HellesRaster-Akzent3">
    <w:name w:val="Light Grid Accent 3"/>
    <w:basedOn w:val="NormaleTabelle"/>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HellesRaster-Akzent4">
    <w:name w:val="Light Grid Accent 4"/>
    <w:basedOn w:val="NormaleTabelle"/>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HellesRaster-Akzent5">
    <w:name w:val="Light Grid Accent 5"/>
    <w:basedOn w:val="NormaleTabelle"/>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HellesRaster-Akzent6">
    <w:name w:val="Light Grid Accent 6"/>
    <w:basedOn w:val="NormaleTabelle"/>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ittlereSchattierung1">
    <w:name w:val="Medium Shading 1"/>
    <w:basedOn w:val="NormaleTabelle"/>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ittlereSchattierung1-Akzent1">
    <w:name w:val="Medium Shading 1 Accent 1"/>
    <w:basedOn w:val="NormaleTabelle"/>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ittlereSchattierung1-Akzent2">
    <w:name w:val="Medium Shading 1 Accent 2"/>
    <w:basedOn w:val="NormaleTabelle"/>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ittlereSchattierung1-Akzent3">
    <w:name w:val="Medium Shading 1 Accent 3"/>
    <w:basedOn w:val="NormaleTabelle"/>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ittlereSchattierung1-Akzent4">
    <w:name w:val="Medium Shading 1 Accent 4"/>
    <w:basedOn w:val="NormaleTabelle"/>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ittlereSchattierung1-Akzent5">
    <w:name w:val="Medium Shading 1 Accent 5"/>
    <w:basedOn w:val="NormaleTabelle"/>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ittlereSchattierung1-Akzent6">
    <w:name w:val="Medium Shading 1 Accent 6"/>
    <w:basedOn w:val="NormaleTabelle"/>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ittlereSchattierung2">
    <w:name w:val="Medium Shading 2"/>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1">
    <w:name w:val="Medium Shading 2 Accent 1"/>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2">
    <w:name w:val="Medium Shading 2 Accent 2"/>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3">
    <w:name w:val="Medium Shading 2 Accent 3"/>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4">
    <w:name w:val="Medium Shading 2 Accent 4"/>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5">
    <w:name w:val="Medium Shading 2 Accent 5"/>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6">
    <w:name w:val="Medium Shading 2 Accent 6"/>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Liste1">
    <w:name w:val="Medium List 1"/>
    <w:basedOn w:val="NormaleTabelle"/>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ittlereListe1-Akzent1">
    <w:name w:val="Medium List 1 Accent 1"/>
    <w:basedOn w:val="NormaleTabelle"/>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ittlereListe1-Akzent2">
    <w:name w:val="Medium List 1 Accent 2"/>
    <w:basedOn w:val="NormaleTabelle"/>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ittlereListe1-Akzent3">
    <w:name w:val="Medium List 1 Accent 3"/>
    <w:basedOn w:val="NormaleTabelle"/>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ittlereListe1-Akzent4">
    <w:name w:val="Medium List 1 Accent 4"/>
    <w:basedOn w:val="NormaleTabelle"/>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ittlereListe1-Akzent5">
    <w:name w:val="Medium List 1 Accent 5"/>
    <w:basedOn w:val="NormaleTabelle"/>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ittlereListe1-Akzent6">
    <w:name w:val="Medium List 1 Accent 6"/>
    <w:basedOn w:val="NormaleTabelle"/>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ittlereListe2">
    <w:name w:val="Medium List 2"/>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1">
    <w:name w:val="Medium List 2 Accent 1"/>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2">
    <w:name w:val="Medium List 2 Accent 2"/>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3">
    <w:name w:val="Medium List 2 Accent 3"/>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4">
    <w:name w:val="Medium List 2 Accent 4"/>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5">
    <w:name w:val="Medium List 2 Accent 5"/>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6">
    <w:name w:val="Medium List 2 Accent 6"/>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sRaster1">
    <w:name w:val="Medium Grid 1"/>
    <w:basedOn w:val="NormaleTabelle"/>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ittleresRaster1-Akzent1">
    <w:name w:val="Medium Grid 1 Accent 1"/>
    <w:basedOn w:val="NormaleTabelle"/>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ittleresRaster1-Akzent2">
    <w:name w:val="Medium Grid 1 Accent 2"/>
    <w:basedOn w:val="NormaleTabelle"/>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ittleresRaster1-Akzent3">
    <w:name w:val="Medium Grid 1 Accent 3"/>
    <w:basedOn w:val="NormaleTabelle"/>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ittleresRaster1-Akzent4">
    <w:name w:val="Medium Grid 1 Accent 4"/>
    <w:basedOn w:val="NormaleTabelle"/>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ittleresRaster1-Akzent5">
    <w:name w:val="Medium Grid 1 Accent 5"/>
    <w:basedOn w:val="NormaleTabelle"/>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ittleresRaster1-Akzent6">
    <w:name w:val="Medium Grid 1 Accent 6"/>
    <w:basedOn w:val="NormaleTabelle"/>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ittleresRaster2">
    <w:name w:val="Medium Grid 2"/>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ittleresRaster2-Akzent1">
    <w:name w:val="Medium Grid 2 Accent 1"/>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ittleresRaster2-Akzent2">
    <w:name w:val="Medium Grid 2 Accent 2"/>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ittleresRaster2-Akzent3">
    <w:name w:val="Medium Grid 2 Accent 3"/>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ittleresRaster2-Akzent4">
    <w:name w:val="Medium Grid 2 Accent 4"/>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ittleresRaster2-Akzent5">
    <w:name w:val="Medium Grid 2 Accent 5"/>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ittleresRaster2-Akzent6">
    <w:name w:val="Medium Grid 2 Accent 6"/>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ittleresRaster3">
    <w:name w:val="Medium Grid 3"/>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ittleresRaster3-Akzent1">
    <w:name w:val="Medium Grid 3 Accent 1"/>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ittleresRaster3-Akzent2">
    <w:name w:val="Medium Grid 3 Accent 2"/>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ittleresRaster3-Akzent3">
    <w:name w:val="Medium Grid 3 Accent 3"/>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ittleresRaster3-Akzent4">
    <w:name w:val="Medium Grid 3 Accent 4"/>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ittleresRaster3-Akzent5">
    <w:name w:val="Medium Grid 3 Accent 5"/>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ittleresRaster3-Akzent6">
    <w:name w:val="Medium Grid 3 Accent 6"/>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unkleListe">
    <w:name w:val="Dark List"/>
    <w:basedOn w:val="NormaleTabelle"/>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unkleListe-Akzent1">
    <w:name w:val="Dark List Accent 1"/>
    <w:basedOn w:val="NormaleTabelle"/>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unkleListe-Akzent2">
    <w:name w:val="Dark List Accent 2"/>
    <w:basedOn w:val="NormaleTabelle"/>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unkleListe-Akzent3">
    <w:name w:val="Dark List Accent 3"/>
    <w:basedOn w:val="NormaleTabelle"/>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unkleListe-Akzent4">
    <w:name w:val="Dark List Accent 4"/>
    <w:basedOn w:val="NormaleTabelle"/>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unkleListe-Akzent5">
    <w:name w:val="Dark List Accent 5"/>
    <w:basedOn w:val="NormaleTabelle"/>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unkleListe-Akzent6">
    <w:name w:val="Dark List Accent 6"/>
    <w:basedOn w:val="NormaleTabelle"/>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FarbigeSchattierung">
    <w:name w:val="Colorful Shading"/>
    <w:basedOn w:val="NormaleTabel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FarbigeSchattierung-Akzent1">
    <w:name w:val="Colorful Shading Accent 1"/>
    <w:basedOn w:val="NormaleTabel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FarbigeSchattierung-Akzent2">
    <w:name w:val="Colorful Shading Accent 2"/>
    <w:basedOn w:val="NormaleTabel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FarbigeSchattierung-Akzent3">
    <w:name w:val="Colorful Shading Accent 3"/>
    <w:basedOn w:val="NormaleTabelle"/>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FarbigeSchattierung-Akzent4">
    <w:name w:val="Colorful Shading Accent 4"/>
    <w:basedOn w:val="NormaleTabelle"/>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FarbigeSchattierung-Akzent5">
    <w:name w:val="Colorful Shading Accent 5"/>
    <w:basedOn w:val="NormaleTabelle"/>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FarbigeSchattierung-Akzent6">
    <w:name w:val="Colorful Shading Accent 6"/>
    <w:basedOn w:val="NormaleTabelle"/>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FarbigeListe">
    <w:name w:val="Colorful List"/>
    <w:basedOn w:val="NormaleTabelle"/>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FarbigeListe-Akzent1">
    <w:name w:val="Colorful List Accent 1"/>
    <w:basedOn w:val="NormaleTabelle"/>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FarbigeListe-Akzent2">
    <w:name w:val="Colorful List Accent 2"/>
    <w:basedOn w:val="NormaleTabelle"/>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FarbigeListe-Akzent3">
    <w:name w:val="Colorful List Accent 3"/>
    <w:basedOn w:val="NormaleTabelle"/>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FarbigeListe-Akzent4">
    <w:name w:val="Colorful List Accent 4"/>
    <w:basedOn w:val="NormaleTabelle"/>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FarbigeListe-Akzent5">
    <w:name w:val="Colorful List Accent 5"/>
    <w:basedOn w:val="NormaleTabelle"/>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FarbigeListe-Akzent6">
    <w:name w:val="Colorful List Accent 6"/>
    <w:basedOn w:val="NormaleTabelle"/>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FarbigesRaster">
    <w:name w:val="Colorful Grid"/>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FarbigesRaster-Akzent1">
    <w:name w:val="Colorful Grid Accent 1"/>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FarbigesRaster-Akzent2">
    <w:name w:val="Colorful Grid Accent 2"/>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FarbigesRaster-Akzent3">
    <w:name w:val="Colorful Grid Accent 3"/>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FarbigesRaster-Akzent4">
    <w:name w:val="Colorful Grid Accent 4"/>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FarbigesRaster-Akzent5">
    <w:name w:val="Colorful Grid Accent 5"/>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FarbigesRaster-Akzent6">
    <w:name w:val="Colorful Grid Accent 6"/>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StandardWeb">
    <w:name w:val="Normal (Web)"/>
    <w:basedOn w:val="Standard"/>
    <w:uiPriority w:val="99"/>
    <w:semiHidden/>
    <w:unhideWhenUsed/>
    <w:rsid w:val="00B070EB"/>
    <w:pPr>
      <w:spacing w:before="100" w:beforeAutospacing="1" w:after="100" w:afterAutospacing="1"/>
    </w:pPr>
    <w:rPr>
      <w:rFonts w:ascii="Times New Roman" w:eastAsia="Times New Roman" w:hAnsi="Times New Roman" w:cs="Times New Roman"/>
      <w:color w:val="auto"/>
      <w:szCs w:val="24"/>
      <w:lang w:val="de-DE"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481</Words>
  <Characters>3033</Characters>
  <Application>Microsoft Office Word</Application>
  <DocSecurity>0</DocSecurity>
  <Lines>25</Lines>
  <Paragraphs>7</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3507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Doris Lenzer</cp:lastModifiedBy>
  <cp:revision>2</cp:revision>
  <cp:lastPrinted>2026-10-30T09:02:00Z</cp:lastPrinted>
  <dcterms:created xsi:type="dcterms:W3CDTF">2026-10-30T19:50:00Z</dcterms:created>
  <dcterms:modified xsi:type="dcterms:W3CDTF">2026-10-30T19:50:00Z</dcterms:modified>
  <cp:category/>
</cp:coreProperties>
</file>